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E6B4F"/>
        </w:rPr>
        <w:t>Consentimiento informado para tratamiento psicológico</w:t>
      </w:r>
    </w:p>
    <w:p>
      <w:r>
        <w:rPr>
          <w:i/>
          <w:color w:val="64748B"/>
          <w:sz w:val="18"/>
        </w:rPr>
        <w:t>Plantilla orientativa elaborada por Mentaly (mentaly.es). Adáptala a tu caso y revísala con tu asesoría o con tu Colegio Oficial de la Psicología antes de usarla. Sustituye los textos entre corchetes.</w:t>
      </w:r>
    </w:p>
    <w:p>
      <w:pPr>
        <w:pStyle w:val="Heading2"/>
      </w:pPr>
      <w:r>
        <w:t>Datos del profesional</w:t>
      </w:r>
    </w:p>
    <w:p>
      <w:r>
        <w:t>Nombre y apellidos: ______________________________________________</w:t>
      </w:r>
    </w:p>
    <w:p>
      <w:r>
        <w:t>Número de colegiado/a: ______________________________________________</w:t>
      </w:r>
    </w:p>
    <w:p>
      <w:r>
        <w:t>Dirección de la consulta: ______________________________________________</w:t>
      </w:r>
    </w:p>
    <w:p>
      <w:r>
        <w:t>Teléfono y email: ______________________________________________</w:t>
      </w:r>
    </w:p>
    <w:p>
      <w:pPr>
        <w:pStyle w:val="Heading2"/>
      </w:pPr>
      <w:r>
        <w:t>Datos del paciente</w:t>
      </w:r>
    </w:p>
    <w:p>
      <w:r>
        <w:t>Nombre y apellidos: ______________________________________________</w:t>
      </w:r>
    </w:p>
    <w:p>
      <w:r>
        <w:t>DNI/NIE: ______________________________________________</w:t>
      </w:r>
    </w:p>
    <w:p>
      <w:r>
        <w:t>Fecha de nacimiento: ______________________________________________</w:t>
      </w:r>
    </w:p>
    <w:p>
      <w:pPr>
        <w:pStyle w:val="Heading2"/>
      </w:pPr>
      <w:r>
        <w:t>Información sobre el tratamiento</w:t>
      </w:r>
    </w:p>
    <w:p>
      <w:pPr>
        <w:pStyle w:val="ListBullet"/>
      </w:pPr>
      <w:r>
        <w:t>He sido informado/a de forma clara y comprensible sobre la naturaleza de la intervención psicológica que se me propone, sus objetivos, el método de trabajo y su duración aproximada.</w:t>
      </w:r>
    </w:p>
    <w:p>
      <w:pPr>
        <w:pStyle w:val="ListBullet"/>
      </w:pPr>
      <w:r>
        <w:t>Entiendo que el proceso psicológico requiere mi participación activa y que los resultados no pueden garantizarse.</w:t>
      </w:r>
    </w:p>
    <w:p>
      <w:pPr>
        <w:pStyle w:val="ListBullet"/>
      </w:pPr>
      <w:r>
        <w:t>Las sesiones tienen una duración de [50] minutos y una frecuencia de [semanal/quincenal]. El precio de cada sesión es de [ ] €. [Indica aquí tu política de cancelación: por ejemplo, las sesiones canceladas con menos de 24 horas de antelación se abonarán].</w:t>
      </w:r>
    </w:p>
    <w:p>
      <w:pPr>
        <w:pStyle w:val="ListBullet"/>
      </w:pPr>
      <w:r>
        <w:t>Sé que puedo hacer preguntas en cualquier momento y que puedo revocar este consentimiento e interrumpir el tratamiento cuando lo desee, sin necesidad de justificarlo.</w:t>
      </w:r>
    </w:p>
    <w:p>
      <w:pPr>
        <w:pStyle w:val="Heading2"/>
      </w:pPr>
      <w:r>
        <w:t>Confidencialidad</w:t>
      </w:r>
    </w:p>
    <w:p>
      <w:r>
        <w:t>La información compartida en las sesiones es confidencial y está protegida por el secreto profesional. Solo podrá revelarse en los supuestos previstos por la ley, como un riesgo grave para mi vida o la de terceros, la protección de menores o un requerimiento judicial.</w:t>
      </w:r>
    </w:p>
    <w:p>
      <w:pPr>
        <w:pStyle w:val="Heading2"/>
      </w:pPr>
      <w:r>
        <w:t>Sesiones online (si procede)</w:t>
      </w:r>
    </w:p>
    <w:p>
      <w:r>
        <w:t>Si alguna sesión se realiza por videollamada, me comprometo a conectarme desde un lugar privado y entiendo las limitaciones propias de esta modalidad.</w:t>
      </w:r>
    </w:p>
    <w:p>
      <w:pPr>
        <w:pStyle w:val="Heading2"/>
      </w:pPr>
      <w:r>
        <w:t>Menores de edad (si procede)</w:t>
      </w:r>
    </w:p>
    <w:p>
      <w:r>
        <w:t>En el caso de pacientes menores, este consentimiento lo firman sus representantes legales, conforme a la normativa aplicable.</w:t>
      </w:r>
    </w:p>
    <w:p>
      <w:r>
        <w:br/>
        <w:t>Declaro haber leído y comprendido este documento y doy mi consentimiento libre y voluntario para iniciar el tratamiento psicológico.</w:t>
      </w:r>
    </w:p>
    <w:p>
      <w:r>
        <w:t>Lugar y fecha: ______________________________________________</w:t>
      </w:r>
    </w:p>
    <w:p>
      <w:r>
        <w:t>Firma del paciente (o representante legal): ______________________________________________</w:t>
      </w:r>
    </w:p>
    <w:p>
      <w:r>
        <w:t>Firma del profesional: 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